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LETTER 1: REQUEST FOR PROJECT DOCUMENTS FROM THE PROMOTER</w:t>
      </w:r>
    </w:p>
    <w:p>
      <w:pPr>
        <w:spacing w:after="40"/>
      </w:pPr>
      <w:r>
        <w:t>Template from acre&amp;key (acrenkey.com/blogs). Not legal advice. Have a lawyer review it before you send it.</w:t>
      </w:r>
    </w:p>
    <w:p>
      <w:pPr>
        <w:spacing w:after="40"/>
      </w:pPr>
      <w:r>
        <w:t>Fill in every [bracket]. Delete lines that do not apply to you.</w:t>
      </w:r>
    </w:p>
    <w:p>
      <w:pPr>
        <w:spacing w:after="40"/>
      </w:pPr>
    </w:p>
    <w:p>
      <w:pPr>
        <w:spacing w:after="40"/>
      </w:pPr>
      <w:r>
        <w:t>[Your full name]</w:t>
      </w:r>
    </w:p>
    <w:p>
      <w:pPr>
        <w:spacing w:after="40"/>
      </w:pPr>
      <w:r>
        <w:t>[Your postal address]</w:t>
      </w:r>
    </w:p>
    <w:p>
      <w:pPr>
        <w:spacing w:after="40"/>
      </w:pPr>
      <w:r>
        <w:t>[Your email and mobile number]</w:t>
      </w:r>
    </w:p>
    <w:p>
      <w:pPr>
        <w:spacing w:after="40"/>
      </w:pPr>
    </w:p>
    <w:p>
      <w:pPr>
        <w:spacing w:after="40"/>
      </w:pPr>
      <w:r>
        <w:t>Date: [DD Month YYYY]</w:t>
      </w:r>
    </w:p>
    <w:p>
      <w:pPr>
        <w:spacing w:after="40"/>
      </w:pPr>
    </w:p>
    <w:p>
      <w:pPr>
        <w:spacing w:after="40"/>
      </w:pPr>
      <w:r>
        <w:t>To,</w:t>
      </w:r>
    </w:p>
    <w:p>
      <w:pPr>
        <w:spacing w:after="40"/>
      </w:pPr>
      <w:r>
        <w:t>[Name of the promoter company]</w:t>
      </w:r>
    </w:p>
    <w:p>
      <w:pPr>
        <w:spacing w:after="40"/>
      </w:pPr>
      <w:r>
        <w:t>[Registered office address of the promoter]</w:t>
      </w:r>
    </w:p>
    <w:p>
      <w:pPr>
        <w:spacing w:after="40"/>
      </w:pPr>
      <w:r>
        <w:t>[Email address given in the agreement for sale or on the RERA project page]</w:t>
      </w:r>
    </w:p>
    <w:p>
      <w:pPr>
        <w:spacing w:after="40"/>
      </w:pPr>
    </w:p>
    <w:p>
      <w:pPr>
        <w:spacing w:after="40"/>
      </w:pPr>
      <w:r>
        <w:t>Subject: Request for project documents for [Apartment/Plot No.], [Tower/Block], [Project name], Karnataka RERA Registration No. [number]</w:t>
      </w:r>
    </w:p>
    <w:p>
      <w:pPr>
        <w:spacing w:after="40"/>
      </w:pPr>
    </w:p>
    <w:p>
      <w:pPr>
        <w:spacing w:after="40"/>
      </w:pPr>
      <w:r>
        <w:t>Dear Sir/Madam,</w:t>
      </w:r>
    </w:p>
    <w:p>
      <w:pPr>
        <w:spacing w:after="40"/>
      </w:pPr>
    </w:p>
    <w:p>
      <w:pPr>
        <w:spacing w:after="40"/>
      </w:pPr>
      <w:r>
        <w:t>I am the allottee of [Apartment/Plot No.] in [Project name], [locality], Bengaluru, under the allotment letter dated [date] and the agreement for sale dated [date] (customer ID [number], if any).</w:t>
      </w:r>
    </w:p>
    <w:p>
      <w:pPr>
        <w:spacing w:after="40"/>
      </w:pPr>
    </w:p>
    <w:p>
      <w:pPr>
        <w:spacing w:after="40"/>
      </w:pPr>
      <w:r>
        <w:t>Under section 19(1) of the Real Estate (Regulation and Development) Act, 2016, an allottee is entitled to obtain information on the sanctioned plans, layout plans and specifications approved by the competent authority. Under section 19(2), an allottee is entitled to know the stage-wise time schedule for completing the project, including water, sanitation, electricity and other amenities. Section 11(3) of the Act requires the promoter to make the sanctioned plans, layout plans, specifications and the stage-wise schedule available at the time of booking and allotment.</w:t>
      </w:r>
    </w:p>
    <w:p>
      <w:pPr>
        <w:spacing w:after="40"/>
      </w:pPr>
    </w:p>
    <w:p>
      <w:pPr>
        <w:spacing w:after="40"/>
      </w:pPr>
      <w:r>
        <w:t>I request copies of the following:</w:t>
      </w:r>
    </w:p>
    <w:p>
      <w:pPr>
        <w:spacing w:after="40"/>
      </w:pPr>
    </w:p>
    <w:p>
      <w:pPr>
        <w:spacing w:after="40"/>
      </w:pPr>
      <w:r>
        <w:t>1. The sanctioned building plan and layout plan for the project, with the approving authority's reference number and date.</w:t>
      </w:r>
    </w:p>
    <w:p>
      <w:pPr>
        <w:spacing w:after="40"/>
      </w:pPr>
      <w:r>
        <w:t>2. The specifications for my [apartment/plot] as approved by the competent authority.</w:t>
      </w:r>
    </w:p>
    <w:p>
      <w:pPr>
        <w:spacing w:after="40"/>
      </w:pPr>
      <w:r>
        <w:t>3. The stage-wise time schedule for completing the project, including water, sanitation and electricity.</w:t>
      </w:r>
    </w:p>
    <w:p>
      <w:pPr>
        <w:spacing w:after="40"/>
      </w:pPr>
      <w:r>
        <w:t>4. [Only if possession has been offered or handed over] The completion certificate and/or occupancy certificate (section 11(4)(b)) and the documents and plans, including those of common areas, that an allottee is entitled to under section 19(5).</w:t>
      </w:r>
    </w:p>
    <w:p>
      <w:pPr>
        <w:spacing w:after="40"/>
      </w:pPr>
      <w:r>
        <w:t>5. [Any other document named in your agreement for sale, with the clause number]</w:t>
      </w:r>
    </w:p>
    <w:p>
      <w:pPr>
        <w:spacing w:after="40"/>
      </w:pPr>
    </w:p>
    <w:p>
      <w:pPr>
        <w:spacing w:after="40"/>
      </w:pPr>
      <w:r>
        <w:t>Please send these by email to [your email] or by post to the address above within [15] days of this letter. If any document is not yet available, please tell me in writing when it will be.</w:t>
      </w:r>
    </w:p>
    <w:p>
      <w:pPr>
        <w:spacing w:after="40"/>
      </w:pPr>
    </w:p>
    <w:p>
      <w:pPr>
        <w:spacing w:after="40"/>
      </w:pPr>
      <w:r>
        <w:t>Yours faithfully,</w:t>
      </w:r>
    </w:p>
    <w:p>
      <w:pPr>
        <w:spacing w:after="40"/>
      </w:pPr>
    </w:p>
    <w:p>
      <w:pPr>
        <w:spacing w:after="40"/>
      </w:pPr>
      <w:r>
        <w:t>[Signature]</w:t>
      </w:r>
    </w:p>
    <w:p>
      <w:pPr>
        <w:spacing w:after="40"/>
      </w:pPr>
      <w:r>
        <w:t>[Your full name]</w:t>
      </w:r>
    </w:p>
    <w:p>
      <w:pPr>
        <w:spacing w:after="40"/>
      </w:pPr>
    </w:p>
    <w:p>
      <w:pPr>
        <w:spacing w:after="40"/>
      </w:pPr>
      <w:r>
        <w:t>Enclosures:</w:t>
      </w:r>
    </w:p>
    <w:p>
      <w:pPr>
        <w:spacing w:after="40"/>
      </w:pPr>
      <w:r>
        <w:t>1. Copy of allotment letter dated [date]</w:t>
      </w:r>
    </w:p>
    <w:p>
      <w:pPr>
        <w:spacing w:after="40"/>
      </w:pPr>
      <w:r>
        <w:t>2. Copy of agreement for sale dated [date] (first page and the page with the unit details)</w:t>
      </w:r>
    </w:p>
    <w:p>
      <w:pPr>
        <w:spacing w:after="40"/>
      </w:pPr>
    </w:p>
    <w:p>
      <w:pPr>
        <w:spacing w:after="40"/>
      </w:pPr>
      <w:r>
        <w:t>Send it in a way you can prove: email to the address in the agreement, and registered post or courier with proof of delivery. Keep copies.</w:t>
      </w:r>
    </w:p>
    <w:p>
      <w:pPr>
        <w:spacing w:after="4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1: REQUEST FOR PROJECT DOCUMENTS FROM THE PROMOTER</dc:title>
  <dc:subject/>
  <dc:creator>acre&amp;key</dc:creator>
  <cp:keywords/>
  <dc:description>generated by python-docx</dc:description>
  <cp:lastModifiedBy/>
  <cp:revision>1</cp:revision>
  <dcterms:created xsi:type="dcterms:W3CDTF">2013-12-23T23:15:00Z</dcterms:created>
  <dcterms:modified xsi:type="dcterms:W3CDTF">2013-12-23T23:15:00Z</dcterms:modified>
  <cp:category/>
</cp:coreProperties>
</file>